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הדופק לפני הבמה</w:t>
      </w:r>
    </w:p>
    <w:p>
      <w:pPr>
        <w:bidi w:val="1"/>
        <w:spacing w:after="40" w:before="0"/>
      </w:pPr>
      <w:r>
        <w:rPr>
          <w:rFonts w:ascii="Arial" w:hAnsi="Arial" w:cs="Arial"/>
          <w:b w:val="0"/>
          <w:color w:val="5D5675"/>
          <w:sz w:val="23"/>
          <w:rtl w:val="1"/>
          <w:szCs w:val="23"/>
        </w:rPr>
        <w:t>כיתה ח׳ · כתבה · 380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הדופק לפני הבמה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קרה לאח של יעל במבחן? ✔ ב. הוא לא הצליח לכתוב, "הראש נהיה לבן"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קורה בגוף בזמן חרדת בחינות? ✔ ב. הלב מאיץ והידיים מזיעות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מערכת הלחץ נועדה לעזור לברוח מסכנה פיזית, ולכן היא מכינה את הגוף לפעולה מהירה (לב, נשימה, זיעה); אבל במבחן צריך חשיבה רגועה וזיכרון – ודווקא הם נחלשים.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לא. מעט לחץ מעורר וממקד ועוזר להתכונן; הבעיה היא לחץ גדול מדי שמשתק. לכן המטרה, לפי הפסיכולוגית, היא להוריד את הלחץ לרמה שבה הוא עובד בשבילנו, ולא להיפטר ממנו.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התרגול ההדרגתי מול המראה, המשפחה וחבר; ההצלחה של יעל; האפשרות להתאמות).</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23: הדופק לפני הבמה</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האם קרה לכם שידעתם את החומר, ובמבחן הכול "נמחק"? או שהלב דפק חזק לפני שעמדתם להציג עבודה? הכתבה שלפניכם מסבירה מה קורה בגוף ובראש ברגעים כאלה, ומה אפשר לעשות. קראו, ושימו לב 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הדופק לפני הבמה</w:t>
            </w:r>
          </w:p>
          <w:p>
            <w:pPr>
              <w:bidi w:val="1"/>
            </w:pPr>
            <w:r>
              <w:rPr>
                <w:rFonts w:ascii="Arial" w:hAnsi="Arial" w:cs="Arial"/>
                <w:b/>
                <w:color w:val="5D5675"/>
                <w:sz w:val="26"/>
                <w:rtl w:val="1"/>
                <w:szCs w:val="26"/>
                <w:bCs/>
              </w:rPr>
              <w:t>ידיים רועדות לפני מבחן, קול שנשבר מול הכיתה, ראש ריק ברגע הכי חשוב. חרדת בחינות ופחד קהל הם מהדברים הנפוצים ביותר בגיל ההתבגרות – ויש דרכים להתמודד איתם.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בבוקר של מבחן הבגרות הראשון שלו, אחיה הגדול של יעל ישב מול הדף ולא הצליח לכתוב מילה. "ידעתי הכול בבית," הוא סיפר לה אחר כך. "ואז ראיתי את השאלה הראשונה, והראש נהיה לבן." יעל, תלמידת ח׳, הקשיבה ונבהלה: גם לה קורה משהו דומה, בכל פעם שהיא צריכה להציג מול הכיתה.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מה שקרה לאח של יעל נקרא "חרדת בחינות". זו תגובה של הגוף ללחץ: כשהמוח מזהה "סכנה", הוא מפעיל מערכת שנועדה במקור לעזור לנו לברוח מטורף או להילחם בו. הלב מאיץ, הנשימה מהירה, הידיים מזיעות – והחלק במוח שאחראי על חשיבה מסודרת ועל זיכרון פועל פחות טוב. במילים אחרות: הגוף מתכונן לריצה, לא למבחן.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חשוב לדעת שמעט לחץ הוא דווקא דבר טוב. הוא מעורר אותנו, ממקד אותנו ועוזר לנו להתכונן. הבעיה מתחילה כשהלחץ גדול מדי ומשתק. פסיכולוגית שעובדת עם בני נוער מסבירה: "המטרה היא לא להיפטר מהלחץ, אלא להוריד אותו לרמה שבה הוא עובד בשבילנו, ולא נגדנו."</w:t>
            </w:r>
          </w:p>
          <w:p>
            <w:pPr>
              <w:bidi w:val="1"/>
            </w:pPr>
            <w:r>
              <w:rPr>
                <w:rFonts w:ascii="Arial" w:hAnsi="Arial" w:cs="Arial"/>
                <w:b/>
                <w:color w:val="7A5BD6"/>
                <w:sz w:val="26"/>
                <w:rtl w:val="1"/>
                <w:szCs w:val="26"/>
                <w:bCs/>
              </w:rPr>
              <w:t xml:space="preserve">ה.  </w:t>
            </w:r>
            <w:r>
              <w:rPr>
                <w:rFonts w:ascii="Arial" w:hAnsi="Arial" w:cs="Arial"/>
                <w:b w:val="0"/>
                <w:sz w:val="26"/>
                <w:rtl w:val="1"/>
                <w:szCs w:val="26"/>
              </w:rPr>
              <w:t>לפחד קהל יש גם פתרונות מעשיים. כדאי להתאמן בקול רם, קודם לבד מול המראה, אחר כך מול בן משפחה, ואז מול חבר. ככל שמתאמנים יותר, המוח לומד שהמצב אינו מסוכן. טיפ נוסף: לחפש בקהל פנים מוכרות ונעימות, ולדבר אליהן. "הקהל לא מחכה שתיכשלו," אומרת הפסיכולוגית. "רובם פשוט שמחים שזה לא הם."</w:t>
            </w:r>
          </w:p>
          <w:p>
            <w:pPr>
              <w:bidi w:val="1"/>
            </w:pPr>
            <w:r>
              <w:rPr>
                <w:rFonts w:ascii="Arial" w:hAnsi="Arial" w:cs="Arial"/>
                <w:b/>
                <w:color w:val="7A5BD6"/>
                <w:sz w:val="26"/>
                <w:rtl w:val="1"/>
                <w:szCs w:val="26"/>
                <w:bCs/>
              </w:rPr>
              <w:t xml:space="preserve">ז.  </w:t>
            </w:r>
            <w:r>
              <w:rPr>
                <w:rFonts w:ascii="Arial" w:hAnsi="Arial" w:cs="Arial"/>
                <w:b w:val="0"/>
                <w:sz w:val="26"/>
                <w:rtl w:val="1"/>
                <w:szCs w:val="26"/>
              </w:rPr>
              <w:t>ואם החרדה גדולה מאוד וחוזרת שוב ושוב, חשוב לא להתמודד לבד. יועצת בית הספר יכולה לעזור, ובמקרים רבים אפשר לקבל התאמות. יעל החליטה לנסות. בהצגה הבאה בכיתה היא התאמנה שלוש פעמים מול אחיה, ונשמה לאט לפני שעלתה. "הלב עדיין דפק," היא סיפרה, "אבל הפעם, הוא דפק בשבילי."</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חרדה     להאיץ     לפרש     לשתק     קהל     התאמות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קרה לאח של יעל במבחן?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סיים ראשון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לא הצליח לכתוב, "הראש נהיה לבן"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הוא איחר</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קורה בגוף בזמן חרדת בחינות?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הלב מאט</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הלב מאיץ והידיים מזיעות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הגוף נרדם</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הסבירו את המשפט "הגוף מתכונן לריצה, לא למבחן".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שהגוף… 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לפי פסקה ג, האם לחץ הוא תמיד דבר רע? הסבירו בעזרת דברי הפסיכולוגית.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לחץ אינו תמיד רע, כי…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לוותר על הצגות בעל־פה מול הכיתה לתלמידים שסובלים מפחד קהל, ולאפשר להם להגיש עבודה כתובה. אחרים טוענים שדווקא התרגול מול קהל, עם ליווי והדרגה, הוא הדרך היחידה להתגבר על הפחד.</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23 · הדופק לפני הבמה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23 · הדופק לפני הבמה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