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הדופק לפני הבמה</w:t>
      </w:r>
    </w:p>
    <w:p>
      <w:pPr>
        <w:bidi w:val="1"/>
        <w:spacing w:after="40" w:before="0"/>
      </w:pPr>
      <w:r>
        <w:rPr>
          <w:rFonts w:ascii="Arial" w:hAnsi="Arial" w:cs="Arial"/>
          <w:b w:val="0"/>
          <w:color w:val="5D5675"/>
          <w:sz w:val="18"/>
          <w:rtl w:val="1"/>
          <w:szCs w:val="18"/>
        </w:rPr>
        <w:t>כיתה ח׳ · כתבה · 380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הדופק לפני הבמה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לאח של יעל במבחן? ✔ ב. הוא לא הצליח לכתוב, "הראש נהיה לבן"  |  תשובה מלאה: הוא ישב מול הדף ולא הצליח לכתוב מילה; כשראה את השאלה הראשונה "הראש נהיה לבן", למרות שידע הכול בבית.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קורה בגוף בזמן חרדת בחינות? ✔ ב. הלב מאיץ והידיים מזיעות  |  תשובה מלאה: שלושה מאלה: הלב מאיץ; הנשימה מהירה; הידיים מזיעות; החלק במוח שאחראי על חשיבה וזיכרון פועל פחות טוב.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לעצור, לנשום שלוש נשימות איטיות, ולכתוב כל דבר שזוכרים על הנושא.  [מילים להדגשה: מה מומלץ]</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מערכת הלחץ נועדה לעזור לברוח מסכנה פיזית, ולכן היא מכינה את הגוף לפעולה מהירה (לב, נשימה, זיעה); אבל במבחן צריך חשיבה רגועה וזיכרון – ודווקא הם נחלשים.  [מילים להדגשה: הסבירו]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  [מילים להדגשה: האם,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הפחד לא נעלם, אבל יעל למדה לשלוט בו ולפרש אותו כהתרגשות שעוזרת לה; הדופק הפך מאויב לכוח שעובד לטובתה – בדיוק כמו ההמלצה בפסקה ד.  [מילים להדגשה: מה מבטא]</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התרגול ההדרגתי מול המראה, המשפחה וחבר; ההצלחה של יעל; האפשרות להתאמות).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23: הדופק לפני הבמה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חרדה – פחד חזק ומתמשך · להאיץ – להגביר מהירות · לפרש – להבין משהו בדרך מסוימת · לשתק – לגרום לא להיות מסוגל לפעול · קהל – האנשים שצופים ומקשיבים · התאמות – שינויים במבחן שמתאימים לצרכים של תלמיד</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הדופק לפני הבמה</w:t>
            </w:r>
          </w:p>
          <w:p>
            <w:pPr>
              <w:bidi w:val="1"/>
            </w:pPr>
            <w:r>
              <w:rPr>
                <w:rFonts w:ascii="Arial" w:hAnsi="Arial" w:cs="Arial"/>
                <w:b/>
                <w:color w:val="5D5675"/>
                <w:sz w:val="20"/>
                <w:rtl w:val="1"/>
                <w:szCs w:val="20"/>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אחת הדרכים היעילות והפשוטות היא נשימה איטית. כשנושפים לאט, למשך זמן ארוך יותר מהשאיפה, הגוף מקבל אות שאין סכנה, והדופק יורד. דרך אחרת היא לשנות את המחשבה: במקום לומר לעצמנו "אני הולך להיכשל", לומר "אני לחוץ כי זה חשוב לי, ואני מוכן כמה שיכולתי." מחקרים מצאו שמי שמפרשים את הדופק המהיר כ"התרגשות" ולא כ"פחד" מצליחים לעיתים טוב יותר.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הכנה נכונה למבחן מפחיתה חרדה מראש: ללמוד לאורך כמה ימים ולא בלילה האחרון, לישון היטב ולאכול ארוחת בוקר. במבחן עצמו כדאי להתחיל בשאלה שקל לכם לענות עליה, כדי לבנות ביטחון. ואם "הראש נהיה לבן" – לעצור, לנשום שלוש נשימות איטיות, ולכתוב כל דבר שזוכרים על הנושא. לעיתים קרובות, הזיכרון חוזר.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לאח של יעל במבחן?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סיים ראשון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לא הצליח לכתוב, "הראש נהיה לבן"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איחר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בגוף בזמן חרדת בחינות?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הלב מאט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הלב מאיץ והידיים מזיעות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הגוף נרדם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מומלץ לעשות במבחן אם "הראש נהיה לבן"?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הסבירו את המשפט "הגוף מתכונן לריצה, לא למבחן".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שהגוף… 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לפי פסקה ג, האם לחץ הוא תמיד דבר רע? הסבירו בעזרת דברי הפסיכולוגית.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לחץ אינו תמיד רע, כי…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מבטא המשפט של יעל בסוף הכתבה: "הלב עדיין דפק, אבל הפעם, הוא דפק בשבילי"?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23 · הדופק לפני הבמה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23 · הדופק לפני הבמה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