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הדופק לפני הבמה</w:t>
      </w:r>
    </w:p>
    <w:p>
      <w:pPr>
        <w:bidi w:val="1"/>
        <w:spacing w:after="40" w:before="0"/>
      </w:pPr>
      <w:r>
        <w:rPr>
          <w:rFonts w:ascii="Arial" w:hAnsi="Arial" w:cs="Arial"/>
          <w:b w:val="0"/>
          <w:color w:val="5D5675"/>
          <w:sz w:val="18"/>
          <w:rtl w:val="1"/>
          <w:szCs w:val="18"/>
        </w:rPr>
        <w:t>כיתה ח׳ · כתבה · 380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הדופק לפני הבמה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הוא ישב מול הדף ולא הצליח לכתוב מילה; כשראה את השאלה הראשונה "הראש נהיה לבן", למרות שידע הכול בבית.  [מילים להדגשה: מה קרה]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שלושה מאלה: הלב מאיץ; הנשימה מהירה; הידיים מזיעות; החלק במוח שאחראי על חשיבה וזיכרון פועל פחות טוב.  [מילים להדגשה: מה קורה, פסקה ב, שלושה]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לעצור, לנשום שלוש נשימות איטיות, ולכתוב כל דבר שזוכרים על הנושא.  [מילים להדגשה: מה מומלץ]</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מערכת הלחץ נועדה לעזור לברוח מסכנה פיזית, ולכן היא מכינה את הגוף לפעולה מהירה (לב, נשימה, זיעה); אבל במבחן צריך חשיבה רגועה וזיכרון – ודווקא הם נחלשים.  [מילים להדגשה: הסבירו]</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לא. מעט לחץ מעורר וממקד ועוזר להתכונן; הבעיה היא לחץ גדול מדי שמשתק. לכן המטרה, לפי הפסיכולוגית, היא להוריד את הלחץ לרמה שבה הוא עובד בשבילנו, ולא להיפטר ממנו.  [מילים להדגשה: האם, הסבירו]</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הפחד לא נעלם, אבל יעל למדה לשלוט בו ולפרש אותו כהתרגשות שעוזרת לה; הדופק הפך מאויב לכוח שעובד לטובתה – בדיוק כמו ההמלצה בפסקה ד.  [מילים להדגשה: מה מבטא]</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התרגול ההדרגתי מול המראה, המשפחה וחבר; ההצלחה של יעל; האפשרות להתאמות).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23: הדופק לפני הבמה</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האם קרה לכם שידעתם את החומר, ובמבחן הכול "נמחק"? או שהלב דפק חזק לפני שעמדתם להציג עבודה? הכתבה שלפניכם מסבירה מה קורה בגוף ובראש ברגעים כאלה, ומה אפשר לעשות. קראו, ושימו לב להמלצות.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הדופק לפני הבמה</w:t>
            </w:r>
          </w:p>
          <w:p>
            <w:pPr>
              <w:bidi w:val="1"/>
            </w:pPr>
            <w:r>
              <w:rPr>
                <w:rFonts w:ascii="Arial" w:hAnsi="Arial" w:cs="Arial"/>
                <w:b/>
                <w:color w:val="5D5675"/>
                <w:sz w:val="20"/>
                <w:rtl w:val="1"/>
                <w:szCs w:val="20"/>
                <w:bCs/>
              </w:rPr>
              <w:t>ידיים רועדות לפני מבחן, קול שנשבר מול הכיתה, ראש ריק ברגע הכי חשוב. חרדת בחינות ופחד קהל הם מהדברים הנפוצים ביותר בגיל ההתבגרות – ויש דרכים להתמודד איתם.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בבוקר של מבחן הבגרות הראשון שלו, אחיה הגדול של יעל ישב מול הדף ולא הצליח לכתוב מילה. "ידעתי הכול בבית," הוא סיפר לה אחר כך. "ואז ראיתי את השאלה הראשונה, והראש נהיה לבן." יעל, תלמידת ח׳, הקשיבה ונבהלה: גם לה קורה משהו דומה, בכל פעם שהיא צריכה להציג מול הכיתה.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מה שקרה לאח של יעל נקרא "חרדת בחינות". זו תגובה של הגוף ללחץ: כשהמוח מזהה "סכנה", הוא מפעיל מערכת שנועדה במקור לעזור לנו לברוח מטורף או להילחם בו. הלב מאיץ, הנשימה מהירה, הידיים מזיעות – והחלק במוח שאחראי על חשיבה מסודרת ועל זיכרון פועל פחות טוב. במילים אחרות: הגוף מתכונן לריצה, לא למבחן.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חשוב לדעת שמעט לחץ הוא דווקא דבר טוב. הוא מעורר אותנו, ממקד אותנו ועוזר לנו להתכונן. הבעיה מתחילה כשהלחץ גדול מדי ומשתק. פסיכולוגית שעובדת עם בני נוער מסבירה: "המטרה היא לא להיפטר מהלחץ, אלא להוריד אותו לרמה שבה הוא עובד בשבילנו, ולא נגדנו."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אחת הדרכים היעילות והפשוטות היא נשימה איטית. כשנושפים לאט, למשך זמן ארוך יותר מהשאיפה, הגוף מקבל אות שאין סכנה, והדופק יורד. דרך אחרת היא לשנות את המחשבה: במקום לומר לעצמנו "אני הולך להיכשל", לומר "אני לחוץ כי זה חשוב לי, ואני מוכן כמה שיכולתי." מחקרים מצאו שמי שמפרשים את הדופק המהיר כ"התרגשות" ולא כ"פחד" מצליחים לעיתים טוב יותר.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לפחד קהל יש גם פתרונות מעשיים. כדאי להתאמן בקול רם, קודם לבד מול המראה, אחר כך מול בן משפחה, ואז מול חבר. ככל שמתאמנים יותר, המוח לומד שהמצב אינו מסוכן. טיפ נוסף: לחפש בקהל פנים מוכרות ונעימות, ולדבר אליהן. "הקהל לא מחכה שתיכשלו," אומרת הפסיכולוגית. "רובם פשוט שמחים שזה לא הם."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הכנה נכונה למבחן מפחיתה חרדה מראש: ללמוד לאורך כמה ימים ולא בלילה האחרון, לישון היטב ולאכול ארוחת בוקר. במבחן עצמו כדאי להתחיל בשאלה שקל לכם לענות עליה, כדי לבנות ביטחון. ואם "הראש נהיה לבן" – לעצור, לנשום שלוש נשימות איטיות, ולכתוב כל דבר שזוכרים על הנושא. לעיתים קרובות, הזיכרון חוזר.</w:t>
            </w:r>
          </w:p>
          <w:p>
            <w:pPr>
              <w:bidi w:val="1"/>
            </w:pPr>
            <w:r>
              <w:rPr>
                <w:rFonts w:ascii="Arial" w:hAnsi="Arial" w:cs="Arial"/>
                <w:b/>
                <w:color w:val="7A5BD6"/>
                <w:sz w:val="20"/>
                <w:rtl w:val="1"/>
                <w:szCs w:val="20"/>
                <w:bCs/>
              </w:rPr>
              <w:t xml:space="preserve">ז.  </w:t>
            </w:r>
            <w:r>
              <w:rPr>
                <w:rFonts w:ascii="Arial" w:hAnsi="Arial" w:cs="Arial"/>
                <w:b w:val="0"/>
                <w:sz w:val="20"/>
                <w:rtl w:val="1"/>
                <w:szCs w:val="20"/>
              </w:rPr>
              <w:t>ואם החרדה גדולה מאוד וחוזרת שוב ושוב, חשוב לא להתמודד לבד. יועצת בית הספר יכולה לעזור, ובמקרים רבים אפשר לקבל התאמות. יעל החליטה לנסות. בהצגה הבאה בכיתה היא התאמנה שלוש פעמים מול אחיה, ונשמה לאט לפני שעלתה. "הלב עדיין דפק," היא סיפרה, "אבל הפעם, הוא דפק בשבילי."</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קרה לאחיה של יעל במבחן הבגרות הראשון?</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קורה בגוף בזמן חרדת בחינות, לפי פסקה ב? ציינו שלושה דברים.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מומלץ לעשות במבחן אם "הראש נהיה לבן"?</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הסבירו את המשפט "הגוף מתכונן לריצה, לא למבחן".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לפי פסקה ג, האם לחץ הוא תמיד דבר רע? הסבירו בעזרת דברי הפסיכולוגית.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מבטא המשפט של יעל בסוף הכתבה: "הלב עדיין דפק, אבל הפעם, הוא דפק בשבילי"?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שבית הספר צריך לוותר על הצגות בעל־פה מול הכיתה לתלמידים שסובלים מפחד קהל, ולאפשר להם להגיש עבודה כתובה. אחרים טוענים שדווקא התרגול מול קהל, עם ליווי והדרגה, הוא הדרך היחידה להתגבר על הפחד.</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23 · הדופק לפני הבמה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23 · הדופק לפני הבמה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