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עבודה ראשונה בחופש הגדול</w:t>
      </w:r>
    </w:p>
    <w:p>
      <w:pPr>
        <w:bidi w:val="1"/>
        <w:spacing w:after="40" w:before="0"/>
      </w:pPr>
      <w:r>
        <w:rPr>
          <w:rFonts w:ascii="Arial" w:hAnsi="Arial" w:cs="Arial"/>
          <w:b w:val="0"/>
          <w:color w:val="5D5675"/>
          <w:sz w:val="23"/>
          <w:rtl w:val="1"/>
          <w:szCs w:val="23"/>
        </w:rPr>
        <w:t>כיתה ח׳ · טקסט מידעי · 295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עבודה ראשונה בחופש הגדול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מאיזה גיל מותר לעבוד בחופש הגדול, לפי החוק? ✔ ב. 14</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כמה שעות ביום מותר לעבוד לכל היותר? ✔ ב. 8</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כדי להגן על בני הנוער, כי הם עדיין גדלים ולומדים ונמצאים בסיכון גבוה יותר לפגיעה.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כותרות המשנה מחלקות את המידע לנושאים (גיל, שעות, שכר, מעבר לכסף) ומאפשרות לקורא למצוא מהר את מה שהוא מחפש ולהבין את מבנה הטקסט.</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מה שלמדה דנה; המלצת המומחים לשמור על איזון). לוודא בכיתה: הנתונים בטקסט נכונים לזמן הכתיבה ויש לעדכן אותם לפי המידע הרשמי העדכני.</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24: עבודה ראשונה בחופש הגדול</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גם אתם חושבים לעבוד בחופש הגדול – בגלידרייה, בקייטנה או בחלוקת עלונים. לפני שמתחילים, כדאי להכיר את הזכויות שלכם. הטקסט שלפניכם מסביר מה החוק אומר, ומביא גם את הצד האישי. קראו בעיון – זה מידע שתשתמשו בו.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עבודה ראשונה בחופש הגדול</w:t>
            </w:r>
          </w:p>
          <w:p>
            <w:pPr>
              <w:bidi w:val="1"/>
            </w:pPr>
            <w:r>
              <w:rPr>
                <w:rFonts w:ascii="Arial" w:hAnsi="Arial" w:cs="Arial"/>
                <w:b/>
                <w:color w:val="5D5675"/>
                <w:sz w:val="26"/>
                <w:rtl w:val="1"/>
                <w:szCs w:val="26"/>
                <w:bCs/>
              </w:rPr>
              <w:t>רבים מבני הנוער מחפשים עבודה בחופש. מה החוק בישראל קובע, ומה מרוויחים מעבר לכסף?</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בכל קיץ אלפי בני נוער בישראל מתחילים לעבוד בפעם הראשונה. הם מוכרים גלידה, מדריכים בקייטנות, עוזרים בחנויות ובמשקים חקלאיים. כדי להגן עליהם, נחקק בישראל חוק עבודת הנוער. החוק קובע מה מותר ומה אסור, מתוך הבנה שבני נוער עדיין גדלים, לומדים ונמצאים בסיכון גבוה יותר לפגיעה.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לפי החוק, בדרך כלל אפשר להתחיל לעבוד מגיל 15. בזמן החופשה הרשמית מהלימודים מותר להעסיק נערים ונערות כבר מגיל 14, בעבודה קלה שאינה מסוכנת לבריאותם. לפני תחילת העבודה צריך לעבור בדיקה רפואית, שמאשרת שהעבודה מתאימה.</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מותר לעבוד לכל היותר שמונה שעות ביום, ולא יותר מארבעים שעות בשבוע. החוק אוסר גם על עבודה בשעות הלילה: נערים ונערות מתחת לגיל 16 אינם רשאים לעבוד בין שמונה בערב לשמונה בבוקר, ומי שמלאו להם 16 – בין עשר בלילה לשש בבוקר (יש לכך חריגים מעטים). כמו כן, בכל יום עבודה ארוך מגיעה הפסקה.</w:t>
            </w:r>
          </w:p>
          <w:p>
            <w:pPr>
              <w:bidi w:val="1"/>
            </w:pPr>
            <w:r>
              <w:rPr>
                <w:rFonts w:ascii="Arial" w:hAnsi="Arial" w:cs="Arial"/>
                <w:b/>
                <w:color w:val="7A5BD6"/>
                <w:sz w:val="26"/>
                <w:rtl w:val="1"/>
                <w:szCs w:val="26"/>
                <w:bCs/>
              </w:rPr>
              <w:t xml:space="preserve">ה.  </w:t>
            </w:r>
            <w:r>
              <w:rPr>
                <w:rFonts w:ascii="Arial" w:hAnsi="Arial" w:cs="Arial"/>
                <w:b w:val="0"/>
                <w:sz w:val="26"/>
                <w:rtl w:val="1"/>
                <w:szCs w:val="26"/>
              </w:rPr>
              <w:t>עבודה ראשונה היא גם בית ספר מסוג אחר. דנה, שעבדה בקיץ שעבר בקייטנה, מספרת: "למדתי להגיע בזמן, לדבר עם הורים, ולהרגיע ילד שבוכה. גם למדתי כמה קשה להרוויח מאה שקלים, ופתאום לא קניתי כל דבר שראיתי." מחנכים מוסיפים שעבודה מפתחת אחריות, ביטחון עצמי ויכולת לעבוד בצוות.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חוק     להעסיק     תלוש שכר     מעסיק     עבירה     איזון</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מאיזה גיל מותר לעבוד בחופש הגדול, לפי החוק?</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12</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14</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18</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כמה שעות ביום מותר לעבוד לכל היותר?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4</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8</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12</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מדוע, לפי פסקה א, נחקק חוק מיוחד לעבודת נוער?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החוק נחקק כדי… 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הטקסט בנוי מכותרות משנה. מה תפקידן, ואיך הן עוזרות לקורא?</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כותרות המשנה עוזרות לקורא…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בני 14–15 צריכים לעבוד בחופש הגדול, כי עבודה מלמדת אחריות וערך הכסף. אחרים טוענים שהחופש צריך להיות זמן של מנוחה, חברים ופעילויות, ושיהיה לבני הנוער מספיק זמן לעבוד כשיגדלו.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24 · עבודה ראשונה בחופש הגדול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24 · עבודה ראשונה בחופש הגדול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