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עבודה ראשונה בחופש הגדול</w:t>
      </w:r>
    </w:p>
    <w:p>
      <w:pPr>
        <w:bidi w:val="1"/>
        <w:spacing w:after="40" w:before="0"/>
      </w:pPr>
      <w:r>
        <w:rPr>
          <w:rFonts w:ascii="Arial" w:hAnsi="Arial" w:cs="Arial"/>
          <w:b w:val="0"/>
          <w:color w:val="5D5675"/>
          <w:sz w:val="18"/>
          <w:rtl w:val="1"/>
          <w:szCs w:val="18"/>
        </w:rPr>
        <w:t>כיתה ח׳ · טקסט מידעי · 295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עבודה ראשונה בחופש הגדול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מאיזה גיל מותר לעבוד בחופש הגדול, לפי החוק? ✔ ב. 14  |  תשובה מלאה: מגיל 14, בעבודה קלה שאינה מסוכנת לבריאות.</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כמה שעות ביום מותר לעבוד לכל היותר? ✔ ב. 8  |  תשובה מלאה: לכל היותר שמונה שעות ביום וארבעים שעות בשבוע.</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להגיע בזמן; לדבר עם הורים; להרגיע ילד שבוכה; כמה קשה להרוויח כסף – ולכן לקנות פחות.  [מילים להדגשה: מה למדה, שני דברים]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כדי להגן על בני הנוער, כי הם עדיין גדלים ולומדים ונמצאים בסיכון גבוה יותר לפגיעה.  [מילים להדגשה: מדוע, פסקה א]</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שהחוק מניח שעם הגיל גדלים הניסיון והיכולת, ולכן גם השכר; עם זאת, השכר של בני נוער נמוך משל מבוגרים, כדי לעודד העסקה של צעירים. (תשובה מנומקת אחרת מתקבלת.)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כותרות המשנה מחלקות את המידע לנושאים (גיל, שעות, שכר, מעבר לכסף) ומאפשרות לקורא למצוא מהר את מה שהוא מחפש ולהבין את מבנה הטקסט.  [מילים להדגשה: מה תפקידן, איך עוזרות]</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מה שלמדה דנה; המלצת המומחים לשמור על איזון). לוודא בכיתה: הנתונים בטקסט נכונים לזמן הכתיבה ויש לעדכן אותם לפי המידע הרשמי העדכני.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24: עבודה ראשונה בחופש הגדול</w:t>
      </w:r>
    </w:p>
    <w:p>
      <w:pPr>
        <w:bidi w:val="1"/>
        <w:spacing w:after="40" w:before="0"/>
      </w:pPr>
      <w:r>
        <w:rPr>
          <w:rFonts w:ascii="Arial" w:hAnsi="Arial" w:cs="Arial"/>
          <w:b w:val="0"/>
          <w:color w:val="5D5675"/>
          <w:sz w:val="18"/>
          <w:rtl w:val="1"/>
          <w:szCs w:val="18"/>
        </w:rPr>
        <w:t>כיתה ח׳ · טקסט מידעי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חוק – כלל של המדינה שכולם חייבים לשמור · להעסיק – לתת עבודה תמורת שכר · תלוש שכר – דף שמפרט כמה כסף קיבלתם ועל מה · מעסיק – מי שנותן את העבודה ומשלם · עבירה – מעשה שהחוק אוסר · איזון – חלוקה נכונה בין כמה דברים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גם אתם חושבים לעבוד בחופש הגדול – בגלידרייה, בקייטנה או בחלוקת עלונים. לפני שמתחילים, כדאי להכיר את הזכויות שלכם. הטקסט שלפניכם מסביר מה החוק אומר, ומביא גם את הצד האישי. קראו בעיון – זה מידע שתשתמשו בו.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עבודה ראשונה בחופש הגדול</w:t>
            </w:r>
          </w:p>
          <w:p>
            <w:pPr>
              <w:bidi w:val="1"/>
            </w:pPr>
            <w:r>
              <w:rPr>
                <w:rFonts w:ascii="Arial" w:hAnsi="Arial" w:cs="Arial"/>
                <w:b/>
                <w:color w:val="5D5675"/>
                <w:sz w:val="20"/>
                <w:rtl w:val="1"/>
                <w:szCs w:val="20"/>
                <w:bCs/>
              </w:rPr>
              <w:t>רבים מבני הנוער מחפשים עבודה בחופש. מה החוק בישראל קובע, ומה מרוויחים מעבר לכסף?</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בכל קיץ אלפי בני נוער בישראל מתחילים לעבוד בפעם הראשונה. הם מוכרים גלידה, מדריכים בקייטנות, עוזרים בחנויות ובמשקים חקלאיים. כדי להגן עליהם, נחקק בישראל חוק עבודת הנוער. החוק קובע מה מותר ומה אסור, מתוך הבנה שבני נוער עדיין גדלים, לומדים ונמצאים בסיכון גבוה יותר לפגיעה.</w:t>
            </w:r>
          </w:p>
          <w:p>
            <w:pPr>
              <w:bidi w:val="1"/>
            </w:pPr>
            <w:r>
              <w:rPr>
                <w:rFonts w:ascii="Arial" w:hAnsi="Arial" w:cs="Arial"/>
                <w:b/>
                <w:color w:val="2B8F86"/>
                <w:sz w:val="20"/>
                <w:rtl w:val="1"/>
                <w:szCs w:val="20"/>
                <w:bCs/>
              </w:rPr>
              <w:t>מגיל כמה מותר לעבוד?</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לפי החוק, בדרך כלל אפשר להתחיל לעבוד מגיל 15. בזמן החופשה הרשמית מהלימודים מותר להעסיק נערים ונערות כבר מגיל 14, בעבודה קלה שאינה מסוכנת לבריאותם. לפני תחילת העבודה צריך לעבור בדיקה רפואית, שמאשרת שהעבודה מתאימה.</w:t>
            </w:r>
          </w:p>
          <w:p>
            <w:pPr>
              <w:bidi w:val="1"/>
            </w:pPr>
            <w:r>
              <w:rPr>
                <w:rFonts w:ascii="Arial" w:hAnsi="Arial" w:cs="Arial"/>
                <w:b/>
                <w:color w:val="2B8F86"/>
                <w:sz w:val="20"/>
                <w:rtl w:val="1"/>
                <w:szCs w:val="20"/>
                <w:bCs/>
              </w:rPr>
              <w:t>כמה שעות, ומתי?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מותר לעבוד לכל היותר שמונה שעות ביום, ולא יותר מארבעים שעות בשבוע. החוק אוסר גם על עבודה בשעות הלילה: נערים ונערות מתחת לגיל 16 אינם רשאים לעבוד בין שמונה בערב לשמונה בבוקר, ומי שמלאו להם 16 – בין עשר בלילה לשש בבוקר (יש לכך חריגים מעטים). כמו כן, בכל יום עבודה ארוך מגיעה הפסקה.</w:t>
            </w:r>
          </w:p>
          <w:p>
            <w:pPr>
              <w:bidi w:val="1"/>
            </w:pPr>
            <w:r>
              <w:rPr>
                <w:rFonts w:ascii="Arial" w:hAnsi="Arial" w:cs="Arial"/>
                <w:b/>
                <w:color w:val="2B8F86"/>
                <w:sz w:val="20"/>
                <w:rtl w:val="1"/>
                <w:szCs w:val="20"/>
                <w:bCs/>
              </w:rPr>
              <w:t>כמה משלמים?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לבני נוער יש שכר מינימום משלהם, שהוא אחוז משכר המינימום של מבוגרים: עד גיל 16 – כ־70 אחוזים, עד גיל 17 – כ־75 אחוזים, ועד גיל 18 – כ־83 אחוזים. המעסיק חייב לתת תלוש שכר, ומומלץ לרשום בעצמכם את השעות שעבדתם בכל יום. מעסיק שמשלם פחות מהחוק עובר עבירה.</w:t>
            </w:r>
          </w:p>
          <w:p>
            <w:pPr>
              <w:bidi w:val="1"/>
            </w:pPr>
            <w:r>
              <w:rPr>
                <w:rFonts w:ascii="Arial" w:hAnsi="Arial" w:cs="Arial"/>
                <w:b/>
                <w:color w:val="2B8F86"/>
                <w:sz w:val="20"/>
                <w:rtl w:val="1"/>
                <w:szCs w:val="20"/>
                <w:bCs/>
              </w:rPr>
              <w:t>מעבר לכסף</w:t>
            </w:r>
          </w:p>
          <w:p>
            <w:pPr>
              <w:bidi w:val="1"/>
            </w:pPr>
            <w:r>
              <w:rPr>
                <w:rFonts w:ascii="Arial" w:hAnsi="Arial" w:cs="Arial"/>
                <w:b/>
                <w:color w:val="7A5BD6"/>
                <w:sz w:val="20"/>
                <w:rtl w:val="1"/>
                <w:szCs w:val="20"/>
                <w:bCs/>
              </w:rPr>
              <w:t xml:space="preserve">ה.  </w:t>
            </w:r>
            <w:r>
              <w:rPr>
                <w:rFonts w:ascii="Arial" w:hAnsi="Arial" w:cs="Arial"/>
                <w:b w:val="0"/>
                <w:sz w:val="20"/>
                <w:rtl w:val="1"/>
                <w:szCs w:val="20"/>
              </w:rPr>
              <w:t>עבודה ראשונה היא גם בית ספר מסוג אחר. דנה, שעבדה בקיץ שעבר בקייטנה, מספרת: "למדתי להגיע בזמן, לדבר עם הורים, ולהרגיע ילד שבוכה. גם למדתי כמה קשה להרוויח מאה שקלים, ופתאום לא קניתי כל דבר שראיתי." מחנכים מוסיפים שעבודה מפתחת אחריות, ביטחון עצמי ויכולת לעבוד בצוות.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עם זאת, חשוב לשמור על איזון. מומחים ממליצים לא לעבוד בכל ימי החופש, להשאיר זמן למנוחה, לחברים ולמשפחה, ולא להסכים לעבודה מסוכנת או לא הוגנת רק כי "רוצים כסף". ואם משהו מרגיש לא בסדר – שעות ארוכות מדי, שכר נמוך, יחס משפיל – זה הזמן לדבר עם ההורים ולבדוק מה הזכויות שלכם.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מאיזה גיל מותר לעבוד בחופש הגדול, לפי החוק?</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12</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14</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18</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כמה שעות ביום מותר לעבוד לכל היותר?</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4</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8</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12</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למדה דנה מהעבודה בקייטנה? ציינו שני דברים.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לפי פסקה א, נחקק חוק מיוחד לעבודת נוער?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החוק נחקק כדי… 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מהעובדה ששכר המינימום עולה עם הגיל?</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הטקסט בנוי מכותרות משנה. מה תפקידן, ואיך הן עוזרות לקורא?</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כותרות המשנה עוזרות לקורא… 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בני 14–15 צריכים לעבוד בחופש הגדול, כי עבודה מלמדת אחריות וערך הכסף. אחרים טוענים שהחופש צריך להיות זמן של מנוחה, חברים ופעילויות, ושיהיה לבני הנוער מספיק זמן לעבוד כשיגדלו.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24 · עבודה ראשונה בחופש הגדול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24 · עבודה ראשונה בחופש הגדול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